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DFC-440　HS6403 · Russian Federation 单国切入包</w:t>
      </w:r>
    </w:p>
    <w:p>
      <w:r>
        <w:t>服务说明：中国 HS6403 对 Russian Federation 的 2024 年出口 83111 万美元、净重 54359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DFC-440 HS6403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DZ-QR-2026-001680，内容指纹 8c1cfd26f404dc4e…；权属依据与授权范围以证书登记为准。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