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DFC-167　HS2302 · Rep. of Korea 单国切入包</w:t>
      </w:r>
    </w:p>
    <w:p>
      <w:r>
        <w:t>服务说明：中国 HS2302 对 Rep. of Korea 的 2024 年出口 318 万美元、净重 10445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DFC-167 HS2302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DZ-QR-2026-001247，内容指纹 dbccef3d5aa7982a…；权属依据与授权范围以证书登记为准。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网站：https://daizone.cn/quote/DFC-167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