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DFC-088　HS0904 · Spain 单国切入包</w:t>
      </w:r>
    </w:p>
    <w:p>
      <w:r>
        <w:t>服务说明：中国 HS0904 对 Spain 的 2024 年出口 11699 万美元、净重 59302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DFC-088 HS0904 · Spain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DZ-QR-2026-001089，内容指纹 425dfb1fd95540c3…；权属依据与授权范围以证书登记为准。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