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DFC-066　HS0714 · Malaysia 单国切入包</w:t>
      </w:r>
    </w:p>
    <w:p>
      <w:r>
        <w:t>服务说明：中国 HS0714 对 Malaysia 的 2024 年出口 2082 万美元、净重 18374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DFC-066 HS0714 · Malaysia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DZ-QR-2026-001045，内容指纹 a84d4587a3c62195…；权属依据与授权范围以证书登记为准。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