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DF-591　HS2203 全球出口流向包</w:t>
      </w:r>
    </w:p>
    <w:p>
      <w:r>
        <w:t>服务说明：中国 HS2203 对 134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DF-591 HS2203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DZ-QR-2026-000603，内容指纹 94e4706ad9834f78…；权属依据与授权范围以证书登记为准。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网站：https://daizone.cn/quote/DF-591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