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DF-42　HS8479 全球出口流向包</w:t>
      </w:r>
    </w:p>
    <w:p>
      <w:r>
        <w:t>服务说明：中国 HS8479 对 206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DF-42 HS8479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DZ-QR-2026-000043，内容指纹 d4b3c92d50241799…；权属依据与授权范围以证书登记为准。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