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DF-1159　HS2509 全球出口流向包</w:t>
      </w:r>
    </w:p>
    <w:p>
      <w:r>
        <w:t>服务说明：中国 HS2509 对 121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121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DF-1159 HS2509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DZ-QR-2026-001428，内容指纹 7a71a54507c939b8…；权属依据与授权范围以证书登记为准。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网站：https://daizone.cn/quote/DF-1159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