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　HS8474 全球出口流向包</w:t>
      </w:r>
    </w:p>
    <w:p>
      <w:r>
        <w:t>服务说明：中国 HS8474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 HS8474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DZ-QR-2026-000118，内容指纹 6e3346ed7dd13451…；权属依据与授权范围以证书登记为准。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