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DCX-247　菏泽牡丹苗木（菏泽牡丹区）集群作战卡</w:t>
      </w:r>
    </w:p>
    <w:p>
      <w:r>
        <w:t>服务说明：产品谱系「观赏牡丹、催花牡丹、牡丹种苗」；规模「菏泽为世界面积最大的牡丹基地」；对外适配「荷兰、日本、东南亚」。十二维作战卡。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菏泽牡丹区 / 128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DCX-247 菏泽牡丹苗木（菏泽牡丹区）集群作战卡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DZ-QR-2026-002799，内容指纹 aa09465ab371aed7…；权属依据与授权范围以证书登记为准。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