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DCX-246　菏泽牡丹（菏泽牡丹区）集群作战卡</w:t>
      </w:r>
    </w:p>
    <w:p>
      <w:r>
        <w:t>服务说明：产品谱系「观赏牡丹、牡丹籽油、牡丹花茶、丹皮」；规模「菏泽为世界面积最大的牡丹种植与观赏基地」；对外适配「荷兰、日本、东南亚」。十二维作战卡。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菏泽牡丹区 / 128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DCX-246 菏泽牡丹（菏泽牡丹区）集群作战卡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DZ-QR-2026-002798，内容指纹 8afc0c84be7de3bc…；权属依据与授权范围以证书登记为准。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网站：https://daizone.cn/quote/DCX-246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