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DCX-237　无棣盐化工与海瓷（滨州无棣）集群作战卡</w:t>
      </w:r>
    </w:p>
    <w:p>
      <w:r>
        <w:t>服务说明：产品谱系「原盐、溴素、海洋贝瓷」；规模「无棣为山东盐化工与海洋贝瓷产地」；对外适配「日韩、东南亚」。十二维作战卡。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滨州无棣 / 181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DCX-237 无棣盐化工与海瓷（滨州无棣）集群作战卡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DZ-QR-2026-002789，内容指纹 1e6179aba1c8446c…；权属依据与授权范围以证书登记为准。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