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DCX-229　冠县灵芝（聊城冠县）集群作战卡</w:t>
      </w:r>
    </w:p>
    <w:p>
      <w:r>
        <w:t>服务说明：产品谱系「灵芝孢子粉、灵芝切片」；规模「冠县为山东重要的灵芝种植基地」；对外适配「东南亚华人、日韩」。十二维作战卡。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聊城冠县 / 149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DCX-229 冠县灵芝（聊城冠县）集群作战卡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DZ-QR-2026-002781，内容指纹 2c2983114d8a6dfd…；权属依据与授权范围以证书登记为准。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