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DCX-158　威海医疗器械（威海）集群作战卡</w:t>
      </w:r>
    </w:p>
    <w:p>
      <w:r>
        <w:t>服务说明：产品谱系「输注器械、骨科材料、血液净化」；规模「威高集团所在地，形成医疗器械产业集群」；对外适配「欧美、中东、东南亚」。十二维作战卡。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威海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DCX-158 威海医疗器械（威海）集群作战卡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DZ-QR-2026-002710，内容指纹 a211db57b93b12bb…；权属依据与授权范围以证书登记为准。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