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DCX-157　威海船舶制造（威海）集群作战卡</w:t>
      </w:r>
    </w:p>
    <w:p>
      <w:r>
        <w:t>服务说明：产品谱系「渔船、客滚船、游艇」；规模「威海为山东重要的船舶与游艇制造基地」；对外适配「东南亚、中东」。十二维作战卡。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威海 / 60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DCX-157 威海船舶制造（威海）集群作战卡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DZ-QR-2026-002709，内容指纹 62351357449bf84e…；权属依据与授权范围以证书登记为准。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