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DCX-153　新泰矿山装备与起重机械（泰安新泰）集群作战卡</w:t>
      </w:r>
    </w:p>
    <w:p>
      <w:r>
        <w:t>服务说明：产品谱系「矿用绞车、起重机、链条、支护设备」；规模「新泰为全国重要的起重机械与矿用装备产业集群之一」；对外适配「东南亚、非洲、中亚」。十二维作战卡。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泰安新泰 / 202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DCX-153 新泰矿山装备与起重机械（泰安新泰）集群作战卡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DZ-QR-2026-002705，内容指纹 042b571c322f1fa3…；权属依据与授权范围以证书登记为准。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网站：https://daizone.cn/quote/DCX-153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