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DCX-151　泰安康养与医养结合集群（泰安泰山）集群作战卡</w:t>
      </w:r>
    </w:p>
    <w:p>
      <w:r>
        <w:t>服务说明：产品谱系「医养机构、康复、康养地产」；规模「泰山旅游资源 + 医养结合试点」；对外适配「国内康养」。十二维作战卡。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泰安泰山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DCX-151 泰安康养与医养结合集群（泰安泰山）集群作战卡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DZ-QR-2026-002703，内容指纹 73b190ebee3a0fc9…；权属依据与授权范围以证书登记为准。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