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DCX-150　泰山森林康养（泰安泰山）集群作战卡</w:t>
      </w:r>
    </w:p>
    <w:p>
      <w:r>
        <w:t>服务说明：产品谱系「森林康养、中医理疗、禅修」；规模「泰山为国家级森林公园与康养基地」；对外适配「日韩、东南亚」。十二维作战卡。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泰安泰山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DCX-150 泰山森林康养（泰安泰山）集群作战卡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DZ-QR-2026-002702，内容指纹 6a569416d35fa355…；权属依据与授权范围以证书登记为准。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