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DCX-146　泰山文旅与研学（泰安）集群作战卡</w:t>
      </w:r>
    </w:p>
    <w:p>
      <w:r>
        <w:t>服务说明：产品谱系「泰山登山、封禅文化研学、泰山石敢当文创」；规模「泰山为世界文化与自然双遗产」；对外适配「全球入境游、日韩东南亚」。十二维作战卡。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DCX-146 泰山文旅与研学（泰安）集群作战卡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DZ-QR-2026-002698，内容指纹 b5ccce9c001a1281…；权属依据与授权范围以证书登记为准。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