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DCX-142　泰安建材与石膏（泰安）集群作战卡</w:t>
      </w:r>
    </w:p>
    <w:p>
      <w:r>
        <w:t>服务说明：产品谱系「石膏板、水泥、岩棉」；规模「泰安为山东重要的石膏与新型建材基地」；对外适配「东南亚、中东」。十二维作战卡。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泰安 / 197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DCX-142 泰安建材与石膏（泰安）集群作战卡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DZ-QR-2026-002694，内容指纹 137cf88c3cd72d0a…；权属依据与授权范围以证书登记为准。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网站：https://daizone.cn/quote/DCX-142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