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DCX-140　曲阜三孔与儒家研学（济宁曲阜）集群作战卡</w:t>
      </w:r>
    </w:p>
    <w:p>
      <w:r>
        <w:t>服务说明：产品谱系「三孔研学、祭孔、六艺体验」；规模「曲阜三孔为世界文化遗产」；对外适配「全球华人、日韩、欧美」。十二维作战卡。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济宁曲阜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DCX-140 曲阜三孔与儒家研学（济宁曲阜）集群作战卡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DZ-QR-2026-002692，内容指纹 ec76252423c106c2…；权属依据与授权范围以证书登记为准。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