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DCX-139　嘉祥石雕（济宁嘉祥）集群作战卡</w:t>
      </w:r>
    </w:p>
    <w:p>
      <w:r>
        <w:t>服务说明：产品谱系「石雕、汉画像石复制品」；规模「嘉祥石雕为国家级非物质文化遗产」；对外适配「东南亚、欧美」。十二维作战卡。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济宁嘉祥 / 200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DCX-139 嘉祥石雕（济宁嘉祥）集群作战卡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DZ-QR-2026-002691，内容指纹 ff272024fdbfe925…；权属依据与授权范围以证书登记为准。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