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DCX-135　兖州造纸（济宁兖州）集群作战卡</w:t>
      </w:r>
    </w:p>
    <w:p>
      <w:r>
        <w:t>服务说明：产品谱系「文化纸、包装纸、溶解浆」；规模「太阳纸业所在地」；对外适配「东南亚、中东」。十二维作战卡。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济宁兖州 / 194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DCX-135 兖州造纸（济宁兖州）集群作战卡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DZ-QR-2026-002687，内容指纹 032818c0aea9851c…；权属依据与授权范围以证书登记为准。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