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DCX-130　济宁路桥与水利工程（济宁）集群作战卡</w:t>
      </w:r>
    </w:p>
    <w:p>
      <w:r>
        <w:t>服务说明：产品谱系「公路、桥梁、水利工程施工」；规模「济宁为山东重要的路桥施工力量聚集地」；对外适配「非洲、东南亚」。十二维作战卡。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DCX-130 济宁路桥与水利工程（济宁）集群作战卡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DZ-QR-2026-002682，内容指纹 d627b54b8938c309…；权属依据与授权范围以证书登记为准。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