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DCX-129　济宁煤炭（济宁）集群作战卡</w:t>
      </w:r>
    </w:p>
    <w:p>
      <w:r>
        <w:t>服务说明：产品谱系「动力煤、炼焦煤」；规模「兖矿能源所在地，济宁为山东重要煤炭基地」；对外适配「内销为主」。十二维作战卡。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济宁 / 105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DCX-129 济宁煤炭（济宁）集群作战卡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DZ-QR-2026-002681，内容指纹 4f6f77e0a95aceb1…；权属依据与授权范围以证书登记为准。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