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DCX-111　昌乐西瓜（潍坊昌乐）集群作战卡</w:t>
      </w:r>
    </w:p>
    <w:p>
      <w:r>
        <w:t>服务说明：产品谱系「西瓜、甜瓜」；规模「国家地理标志产品」；对外适配「俄罗斯、东南亚」。十二维作战卡。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潍坊昌乐 / 48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DCX-111 昌乐西瓜（潍坊昌乐）集群作战卡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DZ-QR-2026-002663，内容指纹 0aa7fa974fb05d4c…；权属依据与授权范围以证书登记为准。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