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DCX-110　潍坊护理床与辅具集群（潍坊奎文）集群作战卡</w:t>
      </w:r>
    </w:p>
    <w:p>
      <w:r>
        <w:t>服务说明：产品谱系「护理床、助行器、轮椅」；规模「护理床与康复辅具代工企业聚集，出口与内销并行」；对外适配「国内集采、欧洲、东南亚」。十二维作战卡。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潍坊奎文 / 198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DCX-110 潍坊护理床与辅具集群（潍坊奎文）集群作战卡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DZ-QR-2026-002662，内容指纹 970b75e2163746b5…；权属依据与授权范围以证书登记为准。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