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DCX-104　潍坊海洋化工（潍坊）集群作战卡</w:t>
      </w:r>
    </w:p>
    <w:p>
      <w:r>
        <w:t>服务说明：产品谱系「纯碱、溴素、氯化物」；规模「潍坊北部沿海为山东海洋化工聚集区」；对外适配「东南亚、中东」。十二维作战卡。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 / 180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DCX-104 潍坊海洋化工（潍坊）集群作战卡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DZ-QR-2026-002656，内容指纹 fe18602966094fba…；权属依据与授权范围以证书登记为准。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