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DCX-103　潍坊声学与智能硬件（潍坊）集群作战卡</w:t>
      </w:r>
    </w:p>
    <w:p>
      <w:r>
        <w:t>服务说明：产品谱系「微型麦克风、扬声器、智能穿戴」；规模「歌尔股份所在地，声学器件全球份额居前」；对外适配「全球」。十二维作战卡。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207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DCX-103 潍坊声学与智能硬件（潍坊）集群作战卡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DZ-QR-2026-002655，内容指纹 ccd4acf5eb30a737…；权属依据与授权范围以证书登记为准。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