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DCX-102　潍坊氢能与燃料电池（潍坊）集群作战卡</w:t>
      </w:r>
    </w:p>
    <w:p>
      <w:r>
        <w:t>服务说明：产品谱系「氢燃料电池、电解槽、储氢装备」；规模「潍坊为国家燃料电池汽车示范城市群成员」；对外适配「欧洲、日韩」。十二维作战卡。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潍坊 / 205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DCX-102 潍坊氢能与燃料电池（潍坊）集群作战卡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DZ-QR-2026-002654，内容指纹 3a02af13d0137c72…；权属依据与授权范围以证书登记为准。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网站：https://daizone.cn/quote/DCX-102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