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DCX-095　莱州石雕与玉雕（烟台莱州）集群作战卡</w:t>
      </w:r>
    </w:p>
    <w:p>
      <w:r>
        <w:t>服务说明：产品谱系「石雕、滑石雕刻、玉雕」；规模「莱州石雕为国家级非物质文化遗产」；对外适配「日韩、东南亚」。十二维作战卡。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烟台莱州 / 200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DCX-095 莱州石雕与玉雕（烟台莱州）集群作战卡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DZ-QR-2026-002647，内容指纹 dd7fbe3b5185b936…；权属依据与授权范围以证书登记为准。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