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DCX-094　莱州石材与异型加工（烟台莱州）集群作战卡</w:t>
      </w:r>
    </w:p>
    <w:p>
      <w:r>
        <w:t>服务说明：产品谱系「花岗岩、大理石、雕刻石材」；规模「莱州为北方重要的石材加工与出口基地」；对外适配「日韩、中东、欧美」。十二维作战卡。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烟台莱州 / 200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DCX-094 莱州石材与异型加工（烟台莱州）集群作战卡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DZ-QR-2026-002646，内容指纹 e400cdda2f23f45a…；权属依据与授权范围以证书登记为准。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