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DCX-093　莱州黄金与石材（烟台莱州）集群作战卡</w:t>
      </w:r>
    </w:p>
    <w:p>
      <w:r>
        <w:t>服务说明：产品谱系「黄金、花岗岩、大理石」；规模「莱州为山东黄金与石材重要产区」；对外适配「日韩、中东」。十二维作战卡。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烟台莱州 / 71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DCX-093 莱州黄金与石材（烟台莱州）集群作战卡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DZ-QR-2026-002645，内容指纹 bf2a2428aa1adb9e…；权属依据与授权范围以证书登记为准。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网站：https://daizone.cn/quote/DCX-093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