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DCX-085　烟台航天与卫星应用（烟台）集群作战卡</w:t>
      </w:r>
    </w:p>
    <w:p>
      <w:r>
        <w:t>服务说明：产品谱系「海上发射、卫星数据应用」；规模「烟台海阳为海上发射母港」；对外适配「全球」。十二维作战卡。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99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DCX-085 烟台航天与卫星应用（烟台）集群作战卡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DZ-QR-2026-002637，内容指纹 827595b5a835788e…；权属依据与授权范围以证书登记为准。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