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DCX-083　烟台节水灌溉装备（烟台）集群作战卡</w:t>
      </w:r>
    </w:p>
    <w:p>
      <w:r>
        <w:t>服务说明：产品谱系「滴灌带、喷灌机、水肥一体化设备」；规模「烟台为山东节水灌溉装备重要产区」；对外适配「中东、中亚、非洲」。十二维作战卡。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 / 202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DCX-083 烟台节水灌溉装备（烟台）集群作战卡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DZ-QR-2026-002635，内容指纹 e0cedc0a5dce2c8a…；权属依据与授权范围以证书登记为准。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