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DCX-082　烟台海工装备（烟台）集群作战卡</w:t>
      </w:r>
    </w:p>
    <w:p>
      <w:r>
        <w:t>服务说明：产品谱系「钻井平台、风电安装船、海洋工程模块」；规模「烟台为国内重要的海工装备制造基地」；对外适配「中东、东南亚、巴西」。十二维作战卡。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 / 116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DCX-082 烟台海工装备（烟台）集群作战卡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DZ-QR-2026-002634，内容指纹 4f27a8ccc76185a5…；权属依据与授权范围以证书登记为准。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