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DCX-080　广饶地炼集群（东营广饶）集群作战卡</w:t>
      </w:r>
    </w:p>
    <w:p>
      <w:r>
        <w:t>服务说明：产品谱系「国 VI 汽柴油、丙烯、聚丙烯、沥青」；规模「山东地炼最密集的县域之一，装置以常减压+催化+加氢为主，正推「减油增化」」；对外适配「国内为主、部分出口」。十二维作战卡。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东营广饶 / 198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DCX-080 广饶地炼集群（东营广饶）集群作战卡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DZ-QR-2026-002632，内容指纹 8032e0019b54a5ff…；权属依据与授权范围以证书登记为准。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