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DCX-079　广饶新闻纸与包装纸集群（东营广饶）集群作战卡</w:t>
      </w:r>
    </w:p>
    <w:p>
      <w:r>
        <w:t>服务说明：产品谱系「新闻纸、文化纸、包装纸」；规模「华泰纸业所在，新闻纸产能曾居全国前列，近年向包装纸与浆调整」；对外适配「国内为主、部分出口」。十二维作战卡。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东营广饶 / 126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DCX-079 广饶新闻纸与包装纸集群（东营广饶）集群作战卡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DZ-QR-2026-002631，内容指纹 28a6ed02ce13c966…；权属依据与授权范围以证书登记为准。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