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DCX-078　大王镇造纸与橡胶（东营广饶）集群作战卡</w:t>
      </w:r>
    </w:p>
    <w:p>
      <w:r>
        <w:t>服务说明：产品谱系「新闻纸、轮胎」；规模「广饶大王镇为造纸与橡胶产业重镇」；对外适配「东南亚、中东」。十二维作战卡。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东营广饶 / 126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DCX-078 大王镇造纸与橡胶（东营广饶）集群作战卡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DZ-QR-2026-002630，内容指纹 59ba726c95c6949a…；权属依据与授权范围以证书登记为准。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