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DCX-077　广饶轮胎（东营广饶）集群作战卡</w:t>
      </w:r>
    </w:p>
    <w:p>
      <w:r>
        <w:t>服务说明：产品谱系「全钢胎、半钢胎、工程胎」；规模「广饶为全国重要的轮胎产业集群地」；对外适配「中东、非洲、南美、俄罗斯（注意反倾销）」。十二维作战卡。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东营广饶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DCX-077 广饶轮胎（东营广饶）集群作战卡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DZ-QR-2026-002629，内容指纹 d02c103e45be2e9c…；权属依据与授权范围以证书登记为准。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