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DCX-075　垦利炼化与化工集群（东营垦利）集群作战卡</w:t>
      </w:r>
    </w:p>
    <w:p>
      <w:r>
        <w:t>服务说明：产品谱系「成品油、芳烃、化工轻油」；规模「垦利靠近港口与油田，原油接卸与炼化一体，化工延伸较快」；对外适配「国内、东北亚」。十二维作战卡。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东营垦利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DCX-075 垦利炼化与化工集群（东营垦利）集群作战卡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DZ-QR-2026-002627，内容指纹 4bff6e0fc43f82d7…；权属依据与授权范围以证书登记为准。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