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DCX-073　黄河入海口生态旅游（东营垦利）集群作战卡</w:t>
      </w:r>
    </w:p>
    <w:p>
      <w:r>
        <w:t>服务说明：产品谱系「黄河口湿地、观鸟、生态研学」；规模「黄河三角洲为国家级自然保护区」；对外适配「生态研学、国际观鸟」。十二维作战卡。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东营垦利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DCX-073 黄河入海口生态旅游（东营垦利）集群作战卡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DZ-QR-2026-002625，内容指纹 8f3fd104cf382600…；权属依据与授权范围以证书登记为准。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网站：https://daizone.cn/quote/DCX-073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