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DCX-072　东营风电装备（东营）集群作战卡</w:t>
      </w:r>
    </w:p>
    <w:p>
      <w:r>
        <w:t>服务说明：产品谱系「风电主轴、塔筒、法兰」；规模「东营为山东海上风电装备配套基地」；对外适配「欧洲、东南亚」。十二维作战卡。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东营 / 204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DCX-072 东营风电装备（东营）集群作战卡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DZ-QR-2026-002624，内容指纹 614fcb8703c77d16…；权属依据与授权范围以证书登记为准。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