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DCX-071　东营地炼与盐化工（东营）集群作战卡</w:t>
      </w:r>
    </w:p>
    <w:p>
      <w:r>
        <w:t>服务说明：产品谱系「汽柴油、沥青、烧碱、纯碱」；规模「东营为山东地炼与盐化工集中区」；对外适配「东南亚、非洲」。十二维作战卡。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东营 / 198 国实绩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DCX-071 东营地炼与盐化工（东营）集群作战卡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DZ-QR-2026-002623，内容指纹 0ff6585635b829ad…；权属依据与授权范围以证书登记为准。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网站：https://daizone.cn/quote/DCX-071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