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DCX-069　滕州机床与精密零部件（枣庄滕州）集群作战卡</w:t>
      </w:r>
    </w:p>
    <w:p>
      <w:r>
        <w:t>服务说明：产品谱系「数控机床、主轴、丝杠、刀具」；规模「400多家企业集聚，本地配套率80%」；对外适配「东南亚、南亚、非洲」。十二维作战卡。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枣庄滕州 / 148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DCX-069 滕州机床与精密零部件（枣庄滕州）集群作战卡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DZ-QR-2026-002621，内容指纹 02cfc307ac66edf4…；权属依据与授权范围以证书登记为准。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