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DCX-067　滕州中小机床（枣庄滕州）集群作战卡</w:t>
      </w:r>
    </w:p>
    <w:p>
      <w:r>
        <w:t>服务说明：产品谱系「数控机床、加工中心、机床附件」；规模「集聚400多家企业，本地配套率达80%；16家企业共建共享实验室」；对外适配「东南亚、南亚、非洲、俄罗斯」。十二维作战卡。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枣庄滕州 / 148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DCX-067 滕州中小机床（枣庄滕州）集群作战卡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DZ-QR-2026-002619，内容指纹 5f1d371879b9b335…；权属依据与授权范围以证书登记为准。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网站：https://daizone.cn/quote/DCX-067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