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DCX-059　枣庄锂电（枣庄）集群作战卡</w:t>
      </w:r>
    </w:p>
    <w:p>
      <w:r>
        <w:t>服务说明：产品谱系「锂电池、正负极材料、电解液」；规模「枣庄将锂电作为首位产业打造」；对外适配「欧美、东南亚」。十二维作战卡。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 / 202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DCX-059 枣庄锂电（枣庄）集群作战卡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DZ-QR-2026-002611，内容指纹 cfeb93357eac9fda…；权属依据与授权范围以证书登记为准。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