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DCX-051　博山泵阀精密件（淄博博山）集群作战卡</w:t>
      </w:r>
    </w:p>
    <w:p>
      <w:r>
        <w:t>服务说明：产品谱系「离心泵、阀门、密封件」；规模「博山为山东重要泵阀制造基地」；对外适配「东南亚、中东、非洲」。十二维作战卡。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淄博博山 / 205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DCX-051 博山泵阀精密件（淄博博山）集群作战卡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DZ-QR-2026-002603，内容指纹 f5124260ba431f71…；权属依据与授权范围以证书登记为准。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网站：https://daizone.cn/quote/DCX-051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