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DCX-035　胶州大白菜（青岛胶州）集群作战卡</w:t>
      </w:r>
    </w:p>
    <w:p>
      <w:r>
        <w:t>服务说明：产品谱系「胶白、泡菜用白菜」；规模「国家地理标志产品」；对外适配「韩国（泡菜原料）、东南亚」。十二维作战卡。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青岛胶州 / 73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DCX-035 胶州大白菜（青岛胶州）集群作战卡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DZ-QR-2026-002587，内容指纹 4e09fa536d439423…；权属依据与授权范围以证书登记为准。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