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DCX-033　即墨童装与纺织电商（青岛即墨）集群作战卡</w:t>
      </w:r>
    </w:p>
    <w:p>
      <w:r>
        <w:t>服务说明：产品谱系「童装、针织服装」；规模「即墨为北方重要的童装产业集群」；对外适配「东南亚、中东、俄罗斯」。十二维作战卡。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青岛即墨 / 194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DCX-033 即墨童装与纺织电商（青岛即墨）集群作战卡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DZ-QR-2026-002585，内容指纹 5c4493e7a56f7f47…；权属依据与授权范围以证书登记为准。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