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DCX-028　青岛智慧养老与传感器集群（青岛市南）集群作战卡</w:t>
      </w:r>
    </w:p>
    <w:p>
      <w:r>
        <w:t>服务说明：产品谱系「跌倒监测、呼叫系统、健康监测」；规模「传感器与家电电子基础好，智慧养老硬件供给能力强」；对外适配「国内、海外华人社区」。十二维作战卡。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青岛市南 / 207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DCX-028 青岛智慧养老与传感器集群（青岛市南）集群作战卡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DZ-QR-2026-002580，内容指纹 121008b728a1ca50…；权属依据与授权范围以证书登记为准。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网站：https://daizone.cn/quote/DCX-028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